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75F5B" w14:textId="77777777" w:rsidR="00181119" w:rsidRPr="00736991" w:rsidRDefault="00000000">
      <w:pPr>
        <w:pStyle w:val="Ttulo1"/>
        <w:rPr>
          <w:lang w:val="es-MX"/>
        </w:rPr>
      </w:pPr>
      <w:r w:rsidRPr="00736991">
        <w:rPr>
          <w:lang w:val="es-MX"/>
        </w:rPr>
        <w:t>APÉNDICE A</w:t>
      </w:r>
      <w:r w:rsidRPr="00736991">
        <w:rPr>
          <w:lang w:val="es-MX"/>
        </w:rPr>
        <w:br/>
        <w:t>Modelo de Declaración de Uso de Inteligencia Artificial (IA)</w:t>
      </w:r>
    </w:p>
    <w:p w14:paraId="73E20F8E" w14:textId="7747A9B9" w:rsidR="00181119" w:rsidRPr="00736991" w:rsidRDefault="00000000">
      <w:pPr>
        <w:rPr>
          <w:lang w:val="es-MX"/>
        </w:rPr>
      </w:pPr>
      <w:r w:rsidRPr="00736991">
        <w:rPr>
          <w:lang w:val="es-MX"/>
        </w:rPr>
        <w:t xml:space="preserve">Este formato tiene como objetivo transparentar el uso de herramientas de Inteligencia Artificial (IA) en la elaboración de manuscritos, datos, código o materiales asociados, en concordancia con los principios de integridad académica, responsabilidad de autoría y ciencia abierta promovidos por </w:t>
      </w:r>
      <w:r w:rsidR="00736991">
        <w:rPr>
          <w:lang w:val="es-MX"/>
        </w:rPr>
        <w:t xml:space="preserve">la </w:t>
      </w:r>
      <w:r w:rsidR="00736991" w:rsidRPr="00736991">
        <w:rPr>
          <w:bCs/>
          <w:lang w:val="es-MX"/>
        </w:rPr>
        <w:t>Sociedad Mexicana de Urología, Colegio de Profesionistas A.C. ,</w:t>
      </w:r>
    </w:p>
    <w:p w14:paraId="427BB133" w14:textId="77777777" w:rsidR="00181119" w:rsidRPr="00736991" w:rsidRDefault="00000000">
      <w:pPr>
        <w:pStyle w:val="Ttulo2"/>
        <w:rPr>
          <w:lang w:val="es-MX"/>
        </w:rPr>
      </w:pPr>
      <w:r w:rsidRPr="00736991">
        <w:rPr>
          <w:lang w:val="es-MX"/>
        </w:rPr>
        <w:t>Declaración</w:t>
      </w:r>
    </w:p>
    <w:p w14:paraId="1E49B9B0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☐ No se utilizó ninguna herramienta de Inteligencia Artificial.</w:t>
      </w:r>
    </w:p>
    <w:p w14:paraId="0D654558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☐ Sí se utilizó Inteligencia Artificial, conforme a la información que se detalla a continuación:</w:t>
      </w:r>
    </w:p>
    <w:p w14:paraId="0122017C" w14:textId="77777777" w:rsidR="00181119" w:rsidRPr="00736991" w:rsidRDefault="00000000">
      <w:pPr>
        <w:pStyle w:val="Ttulo2"/>
        <w:rPr>
          <w:lang w:val="es-MX"/>
        </w:rPr>
      </w:pPr>
      <w:r w:rsidRPr="00736991">
        <w:rPr>
          <w:lang w:val="es-MX"/>
        </w:rPr>
        <w:t>Información sobre el uso de IA (completar solo si aplica)</w:t>
      </w:r>
    </w:p>
    <w:p w14:paraId="109FB496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1. Herramienta(s) de IA utilizada(s):</w:t>
      </w:r>
    </w:p>
    <w:p w14:paraId="59DF9D5B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______________________________________________________________</w:t>
      </w:r>
    </w:p>
    <w:p w14:paraId="72A4A09B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2. Propósito del uso (corrección, traducción, programación, estructuración, otro):</w:t>
      </w:r>
    </w:p>
    <w:p w14:paraId="30B25C29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______________________________________________________________</w:t>
      </w:r>
    </w:p>
    <w:p w14:paraId="4586627E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3. Alcance del uso (partes del manuscrito, datos o código):</w:t>
      </w:r>
    </w:p>
    <w:p w14:paraId="4F7D4E32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______________________________________________________________</w:t>
      </w:r>
    </w:p>
    <w:p w14:paraId="152DA683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4. Validación humana realizada:</w:t>
      </w:r>
    </w:p>
    <w:p w14:paraId="1359BAF9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______________________________________________________________</w:t>
      </w:r>
    </w:p>
    <w:p w14:paraId="74668B97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5. Declaración sobre datos personales y confidencialidad:</w:t>
      </w:r>
    </w:p>
    <w:p w14:paraId="1D061558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______________________________________________________________</w:t>
      </w:r>
    </w:p>
    <w:p w14:paraId="0D6DA39E" w14:textId="77777777" w:rsidR="00181119" w:rsidRPr="00736991" w:rsidRDefault="00000000">
      <w:pPr>
        <w:rPr>
          <w:lang w:val="es-MX"/>
        </w:rPr>
      </w:pPr>
      <w:r w:rsidRPr="00736991">
        <w:rPr>
          <w:lang w:val="es-MX"/>
        </w:rPr>
        <w:t>Nota institucional: Las herramientas de Inteligencia Artificial no pueden figurar como autoras ni sustituir la responsabilidad intelectual, ética y académica de las personas firmantes.</w:t>
      </w:r>
    </w:p>
    <w:sectPr w:rsidR="00181119" w:rsidRPr="007369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4107247">
    <w:abstractNumId w:val="8"/>
  </w:num>
  <w:num w:numId="2" w16cid:durableId="918053496">
    <w:abstractNumId w:val="6"/>
  </w:num>
  <w:num w:numId="3" w16cid:durableId="1257405250">
    <w:abstractNumId w:val="5"/>
  </w:num>
  <w:num w:numId="4" w16cid:durableId="632758711">
    <w:abstractNumId w:val="4"/>
  </w:num>
  <w:num w:numId="5" w16cid:durableId="1899852770">
    <w:abstractNumId w:val="7"/>
  </w:num>
  <w:num w:numId="6" w16cid:durableId="1664890208">
    <w:abstractNumId w:val="3"/>
  </w:num>
  <w:num w:numId="7" w16cid:durableId="55663156">
    <w:abstractNumId w:val="2"/>
  </w:num>
  <w:num w:numId="8" w16cid:durableId="733087872">
    <w:abstractNumId w:val="1"/>
  </w:num>
  <w:num w:numId="9" w16cid:durableId="172574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81119"/>
    <w:rsid w:val="0029639D"/>
    <w:rsid w:val="00326F90"/>
    <w:rsid w:val="00736991"/>
    <w:rsid w:val="00AA1D8D"/>
    <w:rsid w:val="00B47730"/>
    <w:rsid w:val="00CB0664"/>
    <w:rsid w:val="00DA2D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A54745"/>
  <w14:defaultImageDpi w14:val="300"/>
  <w15:docId w15:val="{F569DA8D-3757-F24F-9D8E-8F013950F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1221</Characters>
  <Application>Microsoft Office Word</Application>
  <DocSecurity>0</DocSecurity>
  <Lines>28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Rosario Rogel Salazar</cp:lastModifiedBy>
  <cp:revision>2</cp:revision>
  <dcterms:created xsi:type="dcterms:W3CDTF">2013-12-23T23:15:00Z</dcterms:created>
  <dcterms:modified xsi:type="dcterms:W3CDTF">2026-01-23T03:22:00Z</dcterms:modified>
  <cp:category/>
</cp:coreProperties>
</file>